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1F4E79"/>
          <w:sz w:val="40"/>
        </w:rPr>
        <w:t>Project Rivermere — Regional Leisure Visitor Experience, Planning &amp; Tourism Survey</w:t>
      </w:r>
    </w:p>
    <w:p>
      <w:pPr>
        <w:spacing w:after="280"/>
      </w:pPr>
      <w:r>
        <w:rPr>
          <w:rFonts w:ascii="Arial" w:hAnsi="Arial"/>
          <w:color w:val="5A6A85"/>
          <w:sz w:val="22"/>
        </w:rPr>
        <w:t>Regional Tourism Quantitative Research Specification | CAWI Online Self-Completion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4968"/>
        <w:gridCol w:w="4968"/>
      </w:tblGrid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Project Code / ID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QS-2026-TRAVEL-R1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Client / Sponsor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Rivermere Regional Tourism &amp; Visitor Authority (Fictional Body)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Target Universe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Adults aged 18+ resident in Alderland who completed a domestic leisure trip (day or overnight) to Rivermere in the past 90 days.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Sample Size / Quotas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N = 400 completed visitor interviews. Quotas across Day vs Overnight Trips and Travel Party Types.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Estimated LOI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10–15 minutes median interview duration.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Methodology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Online CAWI (Desktop, Mobile, Tablet). Multi-device responsive layout.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Version / Status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Version 2.0 — Final Scripting Specification</w:t>
            </w:r>
          </w:p>
        </w:tc>
      </w:tr>
    </w:tbl>
    <w:p>
      <w:pPr>
        <w:spacing w:after="20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S: SCREENER &amp; TRIP QUALIFICATION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Screening for domestic residency and qualifying leisure visit within past 90 days.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q01. </w:t>
      </w:r>
      <w:r>
        <w:rPr>
          <w:rFonts w:ascii="Arial" w:hAnsi="Arial"/>
          <w:b/>
          <w:color w:val="2F5597"/>
          <w:sz w:val="18"/>
        </w:rPr>
        <w:t xml:space="preserve">[s_consent / q01] </w:t>
      </w:r>
      <w:r>
        <w:rPr>
          <w:rFonts w:ascii="Arial" w:hAnsi="Arial"/>
          <w:b/>
          <w:color w:val="1A202C"/>
          <w:sz w:val="20"/>
        </w:rPr>
        <w:t>Before we begin, do you agree to take part in this research survey about your leisure visits and tourism experiences in the Rivermere region?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agree to take part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do not wish to participate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q01 = 2 -&gt;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q02. </w:t>
      </w:r>
      <w:r>
        <w:rPr>
          <w:rFonts w:ascii="Arial" w:hAnsi="Arial"/>
          <w:b/>
          <w:color w:val="2F5597"/>
          <w:sz w:val="18"/>
        </w:rPr>
        <w:t xml:space="preserve">[s_age / q02] </w:t>
      </w:r>
      <w:r>
        <w:rPr>
          <w:rFonts w:ascii="Arial" w:hAnsi="Arial"/>
          <w:b/>
          <w:color w:val="1A202C"/>
          <w:sz w:val="20"/>
        </w:rPr>
        <w:t>What is your age in completed years?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(NUM). Range: 0 to 120.]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your age in whole years.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18–120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Valid adult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18 years 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UNDERAGE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q02 &lt; 18 -&gt;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q03. </w:t>
      </w:r>
      <w:r>
        <w:rPr>
          <w:rFonts w:ascii="Arial" w:hAnsi="Arial"/>
          <w:b/>
          <w:color w:val="2F5597"/>
          <w:sz w:val="18"/>
        </w:rPr>
        <w:t xml:space="preserve">[s_residency / q03] </w:t>
      </w:r>
      <w:r>
        <w:rPr>
          <w:rFonts w:ascii="Arial" w:hAnsi="Arial"/>
          <w:b/>
          <w:color w:val="1A202C"/>
          <w:sz w:val="20"/>
        </w:rPr>
        <w:t>Do you currently reside in Alderland?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DOMESTIC RESIDENCY FILTER.]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live in Alderland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live outside Alderland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INTERNATIONAL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q03 = 2 -&gt;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q04. </w:t>
      </w:r>
      <w:r>
        <w:rPr>
          <w:rFonts w:ascii="Arial" w:hAnsi="Arial"/>
          <w:b/>
          <w:color w:val="2F5597"/>
          <w:sz w:val="18"/>
        </w:rPr>
        <w:t xml:space="preserve">[s_visit_incidence / q04] </w:t>
      </w:r>
      <w:r>
        <w:rPr>
          <w:rFonts w:ascii="Arial" w:hAnsi="Arial"/>
          <w:b/>
          <w:color w:val="1A202C"/>
          <w:sz w:val="20"/>
        </w:rPr>
        <w:t>In the last 90 days (about three months), have you completed a visit to the Rivermere region where leisure, holiday, recreation or personal travel was the main purpose? (Include day trips and overnight stays).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90-DAY REFERENCE PERIOD.]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completed a leisure visit to Rivermere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MAIN SURVEY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have not visited Rivermere in the last 90 days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NON-VISITOR SCREENOUT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sure / cannot recall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UNCERTAIN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q04 != 1 -&gt;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q05. </w:t>
      </w:r>
      <w:r>
        <w:rPr>
          <w:rFonts w:ascii="Arial" w:hAnsi="Arial"/>
          <w:b/>
          <w:color w:val="2F5597"/>
          <w:sz w:val="18"/>
        </w:rPr>
        <w:t xml:space="preserve">[q_trip_count / q05] </w:t>
      </w:r>
      <w:r>
        <w:rPr>
          <w:rFonts w:ascii="Arial" w:hAnsi="Arial"/>
          <w:b/>
          <w:color w:val="1A202C"/>
          <w:sz w:val="20"/>
        </w:rPr>
        <w:t>How many separate leisure visits to Rivermere have you completed in the last 90 days?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QUALIFIED VISITORS, NUMERIC OPEN (NUM). Range: 1 to 90.]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a whole number. If you completed more than one visit, answer all following questions about your MOST RECENT visit.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1–90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Total leisure visits completed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A: TRIP PROFILE &amp; TRAVEL LOGISTICS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Captures recency, visit type (day vs overnight), party structure and transport.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q06. </w:t>
      </w:r>
      <w:r>
        <w:rPr>
          <w:rFonts w:ascii="Arial" w:hAnsi="Arial"/>
          <w:b/>
          <w:color w:val="2F5597"/>
          <w:sz w:val="18"/>
        </w:rPr>
        <w:t xml:space="preserve">[q_visit_recency / q06] </w:t>
      </w:r>
      <w:r>
        <w:rPr>
          <w:rFonts w:ascii="Arial" w:hAnsi="Arial"/>
          <w:b/>
          <w:color w:val="1A202C"/>
          <w:sz w:val="20"/>
        </w:rPr>
        <w:t>How long ago did that most recent visit to Rivermere end?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 the last 7 days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RECENCY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8 to 30 days ago (within the last month)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RECENCY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31 to 60 days ago (1 to 2 months ago)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RECENCY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61 to 90 days ago (2 to 3 months ago)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RECENCY 4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q07. </w:t>
      </w:r>
      <w:r>
        <w:rPr>
          <w:rFonts w:ascii="Arial" w:hAnsi="Arial"/>
          <w:b/>
          <w:color w:val="2F5597"/>
          <w:sz w:val="18"/>
        </w:rPr>
        <w:t xml:space="preserve">[q_visit_type / q07] </w:t>
      </w:r>
      <w:r>
        <w:rPr>
          <w:rFonts w:ascii="Arial" w:hAnsi="Arial"/>
          <w:b/>
          <w:color w:val="1A202C"/>
          <w:sz w:val="20"/>
        </w:rPr>
        <w:t>Was that most recent visit a day trip or an overnight trip?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NIGHTS (q08) AND ACCOMMODATION (q14, q15, q25).]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Day visit (no overnight stay in Rivermere)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DAY TRIP -&gt; SKIP q08, q14, q15, q25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Overnight visit (stayed one or more nights in Rivermere)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OVERNIGHT TRIP -&gt; ASK q08, q14, q15, q25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q08. </w:t>
      </w:r>
      <w:r>
        <w:rPr>
          <w:rFonts w:ascii="Arial" w:hAnsi="Arial"/>
          <w:b/>
          <w:color w:val="2F5597"/>
          <w:sz w:val="18"/>
        </w:rPr>
        <w:t xml:space="preserve">[q_nights_stayed / q08] </w:t>
      </w:r>
      <w:r>
        <w:rPr>
          <w:rFonts w:ascii="Arial" w:hAnsi="Arial"/>
          <w:b/>
          <w:color w:val="1A202C"/>
          <w:sz w:val="20"/>
        </w:rPr>
        <w:t>How many nights did your travel party stay in Rivermere on that visit?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q07 = 2 (OVERNIGHT), NUMERIC OPEN (NUM). Range: 1 to 365.]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the number of nights stayed.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1–365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Nights stayed in region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q09. </w:t>
      </w:r>
      <w:r>
        <w:rPr>
          <w:rFonts w:ascii="Arial" w:hAnsi="Arial"/>
          <w:b/>
          <w:color w:val="2F5597"/>
          <w:sz w:val="18"/>
        </w:rPr>
        <w:t xml:space="preserve">[q_party_type / q09] </w:t>
      </w:r>
      <w:r>
        <w:rPr>
          <w:rFonts w:ascii="Arial" w:hAnsi="Arial"/>
          <w:b/>
          <w:color w:val="1A202C"/>
          <w:sz w:val="20"/>
        </w:rPr>
        <w:t>Who travelled with you on that visit?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PARTY SIZE q11.]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travelled alone (solo trip)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SOLO -&gt; SKIP q11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 my partner / spouse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 family (with or without partner)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 friends / colleagues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As part of an organised tour or club group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type of travel party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 -&gt; CONTINUE TO q11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q10. </w:t>
      </w:r>
      <w:r>
        <w:rPr>
          <w:rFonts w:ascii="Arial" w:hAnsi="Arial"/>
          <w:b/>
          <w:color w:val="2F5597"/>
          <w:sz w:val="18"/>
        </w:rPr>
        <w:t xml:space="preserve">[q_party_type_other / q10] </w:t>
      </w:r>
      <w:r>
        <w:rPr>
          <w:rFonts w:ascii="Arial" w:hAnsi="Arial"/>
          <w:b/>
          <w:color w:val="1A202C"/>
          <w:sz w:val="20"/>
        </w:rPr>
        <w:t>Please describe the other type of travel party.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q09 = 6,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Party description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1–160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q11. </w:t>
      </w:r>
      <w:r>
        <w:rPr>
          <w:rFonts w:ascii="Arial" w:hAnsi="Arial"/>
          <w:b/>
          <w:color w:val="2F5597"/>
          <w:sz w:val="18"/>
        </w:rPr>
        <w:t xml:space="preserve">[q_party_size / q11] </w:t>
      </w:r>
      <w:r>
        <w:rPr>
          <w:rFonts w:ascii="Arial" w:hAnsi="Arial"/>
          <w:b/>
          <w:color w:val="1A202C"/>
          <w:sz w:val="20"/>
        </w:rPr>
        <w:t>How many people were in your travel party in total, including yourself?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q09 != 1 (NOT SOLO), NUMERIC OPEN (NUM). Range: 2 to 30.]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a whole number including yourself.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2–30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Total party size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q12. </w:t>
      </w:r>
      <w:r>
        <w:rPr>
          <w:rFonts w:ascii="Arial" w:hAnsi="Arial"/>
          <w:b/>
          <w:color w:val="2F5597"/>
          <w:sz w:val="18"/>
        </w:rPr>
        <w:t xml:space="preserve">[q_transport_mode / q12] </w:t>
      </w:r>
      <w:r>
        <w:rPr>
          <w:rFonts w:ascii="Arial" w:hAnsi="Arial"/>
          <w:b/>
          <w:color w:val="1A202C"/>
          <w:sz w:val="20"/>
        </w:rPr>
        <w:t>What was your main mode of transport to travel to Rivermere?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'Main' refers to the longest distance travelled.]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Private or hired car, van or motorbike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CAR / VEHICLE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Train / rail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TRAIN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Scheduled bus or coach service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BUS / COACH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Air travel / domestic flight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AIR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Bicycle or on foot / hiking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BICYCLE / WALKING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way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q13. </w:t>
      </w:r>
      <w:r>
        <w:rPr>
          <w:rFonts w:ascii="Arial" w:hAnsi="Arial"/>
          <w:b/>
          <w:color w:val="2F5597"/>
          <w:sz w:val="18"/>
        </w:rPr>
        <w:t xml:space="preserve">[q_transport_mode_other / q13] </w:t>
      </w:r>
      <w:r>
        <w:rPr>
          <w:rFonts w:ascii="Arial" w:hAnsi="Arial"/>
          <w:b/>
          <w:color w:val="1A202C"/>
          <w:sz w:val="20"/>
        </w:rPr>
        <w:t>Please describe the other main way you travelled to Rivermere.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q12 = 6,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Transport mode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1–160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q14. </w:t>
      </w:r>
      <w:r>
        <w:rPr>
          <w:rFonts w:ascii="Arial" w:hAnsi="Arial"/>
          <w:b/>
          <w:color w:val="2F5597"/>
          <w:sz w:val="18"/>
        </w:rPr>
        <w:t xml:space="preserve">[q_accommodation_type / q14] </w:t>
      </w:r>
      <w:r>
        <w:rPr>
          <w:rFonts w:ascii="Arial" w:hAnsi="Arial"/>
          <w:b/>
          <w:color w:val="1A202C"/>
          <w:sz w:val="20"/>
        </w:rPr>
        <w:t>Where did you spend the most nights during your stay in Rivermere?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q07 = 2 (OVERNIGHT),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Hotel, motel, inn, or boutique guesthouse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HOTEL / GUESTHOUSE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Self-catering holiday rental, cottage, or apartment (e.g. Airbnb)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SELF-CATERING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Campsite, caravan park, or holiday park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CAMPING / CARAVAN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Staying with friends or relatives at their home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FRIENDS / FAMILY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accommodation type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q15. </w:t>
      </w:r>
      <w:r>
        <w:rPr>
          <w:rFonts w:ascii="Arial" w:hAnsi="Arial"/>
          <w:b/>
          <w:color w:val="2F5597"/>
          <w:sz w:val="18"/>
        </w:rPr>
        <w:t xml:space="preserve">[q_accommodation_type_other / q15] </w:t>
      </w:r>
      <w:r>
        <w:rPr>
          <w:rFonts w:ascii="Arial" w:hAnsi="Arial"/>
          <w:b/>
          <w:color w:val="1A202C"/>
          <w:sz w:val="20"/>
        </w:rPr>
        <w:t>Please describe the other type of accommodation.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q14 = 5,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Accommodation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1–160 CHARS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B: ACTIVITIES &amp; PLANNING INFORMATION SOURCES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Captures activities undertaken in region and information sources used.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q16. </w:t>
      </w:r>
      <w:r>
        <w:rPr>
          <w:rFonts w:ascii="Arial" w:hAnsi="Arial"/>
          <w:b/>
          <w:color w:val="2F5597"/>
          <w:sz w:val="18"/>
        </w:rPr>
        <w:t xml:space="preserve">[q_activities_undertaken / q16] </w:t>
      </w:r>
      <w:r>
        <w:rPr>
          <w:rFonts w:ascii="Arial" w:hAnsi="Arial"/>
          <w:b/>
          <w:color w:val="1A202C"/>
          <w:sz w:val="20"/>
        </w:rPr>
        <w:t>Which of the following activities did you or your party participate in during your visit to Rivermere?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 CODE 3 (FOOD/DRINK) GATES q26.]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Outdoor recreation, walking, hiking, or nature trails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Visiting historic heritage sites, monuments, or museums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Dining out, visiting cafes, breweries, or food experiences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3 -&gt; GATES q26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Attending cultural arts, live music, festivals, or events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Shopping for local crafts, gifts, or specialty goods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Paid visitor attractions, theme parks, or boat tours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activity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activities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q17. </w:t>
      </w:r>
      <w:r>
        <w:rPr>
          <w:rFonts w:ascii="Arial" w:hAnsi="Arial"/>
          <w:b/>
          <w:color w:val="2F5597"/>
          <w:sz w:val="18"/>
        </w:rPr>
        <w:t xml:space="preserve">[q_activities_other / q17] </w:t>
      </w:r>
      <w:r>
        <w:rPr>
          <w:rFonts w:ascii="Arial" w:hAnsi="Arial"/>
          <w:b/>
          <w:color w:val="1A202C"/>
          <w:sz w:val="20"/>
        </w:rPr>
        <w:t>Please describe the other activity or activities you did.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q16 INCLUDES 98,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Activity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1–160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q18. </w:t>
      </w:r>
      <w:r>
        <w:rPr>
          <w:rFonts w:ascii="Arial" w:hAnsi="Arial"/>
          <w:b/>
          <w:color w:val="2F5597"/>
          <w:sz w:val="18"/>
        </w:rPr>
        <w:t xml:space="preserve">[q_planning_sources / q18] </w:t>
      </w:r>
      <w:r>
        <w:rPr>
          <w:rFonts w:ascii="Arial" w:hAnsi="Arial"/>
          <w:b/>
          <w:color w:val="1A202C"/>
          <w:sz w:val="20"/>
        </w:rPr>
        <w:t>Which information sources helped you plan or discover what to do on this visit?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Official regional tourism website or visitor guide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SOURCE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Online internet searches, Google Maps, or travel forums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SOURCE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Accommodation or travel booking platform (e.g. Booking.com, TripAdvisor)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SOURCE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Recommendations from friends, family, or colleagues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SOURCE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Social media posts, Instagram, YouTube, or travel blogs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SOURCE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Printed brochures, visitor centre leaflets, or physical road signage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SOURCE 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information source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any information sources to plan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q19. </w:t>
      </w:r>
      <w:r>
        <w:rPr>
          <w:rFonts w:ascii="Arial" w:hAnsi="Arial"/>
          <w:b/>
          <w:color w:val="2F5597"/>
          <w:sz w:val="18"/>
        </w:rPr>
        <w:t xml:space="preserve">[q_planning_sources_other / q19] </w:t>
      </w:r>
      <w:r>
        <w:rPr>
          <w:rFonts w:ascii="Arial" w:hAnsi="Arial"/>
          <w:b/>
          <w:color w:val="1A202C"/>
          <w:sz w:val="20"/>
        </w:rPr>
        <w:t>Please describe the other information source.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q18 INCLUDES 98,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Planning source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1–160 CHARS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C: TRAVEL PARTY EXPENDITURE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Captures total party spending within the region.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q20. </w:t>
      </w:r>
      <w:r>
        <w:rPr>
          <w:rFonts w:ascii="Arial" w:hAnsi="Arial"/>
          <w:b/>
          <w:color w:val="2F5597"/>
          <w:sz w:val="18"/>
        </w:rPr>
        <w:t xml:space="preserve">[q_can_estimate_spend / q20] </w:t>
      </w:r>
      <w:r>
        <w:rPr>
          <w:rFonts w:ascii="Arial" w:hAnsi="Arial"/>
          <w:b/>
          <w:color w:val="1A202C"/>
          <w:sz w:val="20"/>
        </w:rPr>
        <w:t>Are you able to estimate approximately how much your whole travel party spent in total within Rivermere on this visit?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q21 AND q27.]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 Include local accommodation, meals, drinks, shopping, activities and travel within the region. Exclude long-distance transport to/from Rivermere.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estimated spending total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q21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 not know / difficult to estimate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q21/q27, GO TO q22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disclose spending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q21/q27, GO TO q22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q21. </w:t>
      </w:r>
      <w:r>
        <w:rPr>
          <w:rFonts w:ascii="Arial" w:hAnsi="Arial"/>
          <w:b/>
          <w:color w:val="2F5597"/>
          <w:sz w:val="18"/>
        </w:rPr>
        <w:t xml:space="preserve">[q_total_party_spend / q21] </w:t>
      </w:r>
      <w:r>
        <w:rPr>
          <w:rFonts w:ascii="Arial" w:hAnsi="Arial"/>
          <w:b/>
          <w:color w:val="1A202C"/>
          <w:sz w:val="20"/>
        </w:rPr>
        <w:t>Approximately how much did your whole party spend within Rivermere on this visit? (In Alderland Credits / £)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q20 = 1, NUMERIC OPEN (NUM). Range: 0 to 1,000,000. Enter 0 if no money was spent.]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whole amount only.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0–1,000,000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Total travel party spending in region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D: DESTINATION SATISFACTION, RECOMMENDATION &amp; FUTURE INTENT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Evaluates destination satisfaction across key touchpoints, NPS recommendation and future barriers.</w:t>
      </w:r>
    </w:p>
    <w:p>
      <w:pPr>
        <w:spacing w:before="80" w:after="40"/>
      </w:pPr>
      <w:r>
        <w:rPr>
          <w:rFonts w:ascii="Arial" w:hAnsi="Arial"/>
          <w:b/>
          <w:color w:val="2F5597"/>
          <w:sz w:val="18"/>
        </w:rPr>
        <w:t>[PROGRAMMING NOTE: BATTERY q22–q27: 5-POINT SATISFACTION SCALE (1 Very dissatisfied to 5 Very satisfied) + 99 Did not use / cannot judge.]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q22. </w:t>
      </w:r>
      <w:r>
        <w:rPr>
          <w:rFonts w:ascii="Arial" w:hAnsi="Arial"/>
          <w:b/>
          <w:color w:val="2F5597"/>
          <w:sz w:val="18"/>
        </w:rPr>
        <w:t xml:space="preserve">[q_sat_overall / q22] </w:t>
      </w:r>
      <w:r>
        <w:rPr>
          <w:rFonts w:ascii="Arial" w:hAnsi="Arial"/>
          <w:b/>
          <w:color w:val="1A202C"/>
          <w:sz w:val="20"/>
        </w:rPr>
        <w:t>Overall, how satisfied were you with your visit to Rivermere?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/ cannot judge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q23. </w:t>
      </w:r>
      <w:r>
        <w:rPr>
          <w:rFonts w:ascii="Arial" w:hAnsi="Arial"/>
          <w:b/>
          <w:color w:val="2F5597"/>
          <w:sz w:val="18"/>
        </w:rPr>
        <w:t xml:space="preserve">[q_sat_getting_around / q23] </w:t>
      </w:r>
      <w:r>
        <w:rPr>
          <w:rFonts w:ascii="Arial" w:hAnsi="Arial"/>
          <w:b/>
          <w:color w:val="1A202C"/>
          <w:sz w:val="20"/>
        </w:rPr>
        <w:t>How satisfied were you with the ease of getting around Rivermere (roads, parking, public transport, pedestrian paths)?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/ cannot judge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q24. </w:t>
      </w:r>
      <w:r>
        <w:rPr>
          <w:rFonts w:ascii="Arial" w:hAnsi="Arial"/>
          <w:b/>
          <w:color w:val="2F5597"/>
          <w:sz w:val="18"/>
        </w:rPr>
        <w:t xml:space="preserve">[q_sat_visitor_info / q24] </w:t>
      </w:r>
      <w:r>
        <w:rPr>
          <w:rFonts w:ascii="Arial" w:hAnsi="Arial"/>
          <w:b/>
          <w:color w:val="1A202C"/>
          <w:sz w:val="20"/>
        </w:rPr>
        <w:t>How satisfied were you with the availability and quality of visitor information during your visit?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/ cannot judge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q25. </w:t>
      </w:r>
      <w:r>
        <w:rPr>
          <w:rFonts w:ascii="Arial" w:hAnsi="Arial"/>
          <w:b/>
          <w:color w:val="2F5597"/>
          <w:sz w:val="18"/>
        </w:rPr>
        <w:t xml:space="preserve">[q_sat_accommodation / q25] </w:t>
      </w:r>
      <w:r>
        <w:rPr>
          <w:rFonts w:ascii="Arial" w:hAnsi="Arial"/>
          <w:b/>
          <w:color w:val="1A202C"/>
          <w:sz w:val="20"/>
        </w:rPr>
        <w:t>How satisfied were you with the suitability and quality of your overnight accommodation?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q07 = 2 (OVERNIGHT),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/ cannot judge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q26. </w:t>
      </w:r>
      <w:r>
        <w:rPr>
          <w:rFonts w:ascii="Arial" w:hAnsi="Arial"/>
          <w:b/>
          <w:color w:val="2F5597"/>
          <w:sz w:val="18"/>
        </w:rPr>
        <w:t xml:space="preserve">[q_sat_food_drink / q26] </w:t>
      </w:r>
      <w:r>
        <w:rPr>
          <w:rFonts w:ascii="Arial" w:hAnsi="Arial"/>
          <w:b/>
          <w:color w:val="1A202C"/>
          <w:sz w:val="20"/>
        </w:rPr>
        <w:t>How satisfied were you with your food, drink and dining experiences in Rivermere?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q16 INCLUDES 3 (DINING),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/ cannot judge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q27. </w:t>
      </w:r>
      <w:r>
        <w:rPr>
          <w:rFonts w:ascii="Arial" w:hAnsi="Arial"/>
          <w:b/>
          <w:color w:val="2F5597"/>
          <w:sz w:val="18"/>
        </w:rPr>
        <w:t xml:space="preserve">[q_sat_value / q27] </w:t>
      </w:r>
      <w:r>
        <w:rPr>
          <w:rFonts w:ascii="Arial" w:hAnsi="Arial"/>
          <w:b/>
          <w:color w:val="1A202C"/>
          <w:sz w:val="20"/>
        </w:rPr>
        <w:t>Taking into account everything you spent, how satisfied were you with the overall value for money of your visit?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q20 = 1 (SPEND ESTIMATED),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Did not use / cannot judge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q28. </w:t>
      </w:r>
      <w:r>
        <w:rPr>
          <w:rFonts w:ascii="Arial" w:hAnsi="Arial"/>
          <w:b/>
          <w:color w:val="2F5597"/>
          <w:sz w:val="18"/>
        </w:rPr>
        <w:t xml:space="preserve">[q_return_intent / q28] </w:t>
      </w:r>
      <w:r>
        <w:rPr>
          <w:rFonts w:ascii="Arial" w:hAnsi="Arial"/>
          <w:b/>
          <w:color w:val="1A202C"/>
          <w:sz w:val="20"/>
        </w:rPr>
        <w:t>How likely are you to make another leisure visit to Rivermere in the next 12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RETURN LIKELIHOOD SCALE + 99 NOT SURE.]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unlikely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Fairly unlikely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likely nor unlikely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Fairly likely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likely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sure / too early to say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q29. </w:t>
      </w:r>
      <w:r>
        <w:rPr>
          <w:rFonts w:ascii="Arial" w:hAnsi="Arial"/>
          <w:b/>
          <w:color w:val="2F5597"/>
          <w:sz w:val="18"/>
        </w:rPr>
        <w:t xml:space="preserve">[q_nps_recommend / q29] </w:t>
      </w:r>
      <w:r>
        <w:rPr>
          <w:rFonts w:ascii="Arial" w:hAnsi="Arial"/>
          <w:b/>
          <w:color w:val="1A202C"/>
          <w:sz w:val="20"/>
        </w:rPr>
        <w:t>How likely are you to recommend Rivermere as a leisure destination to a friend, family member or colleague with similar interests?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 11-POINT SCALE (0 to 10). 0 = Not at all likely, 10 = Extremely likely.]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a score between 0 and 10.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NPS recommendation likelihood score (0 to 10)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q30. </w:t>
      </w:r>
      <w:r>
        <w:rPr>
          <w:rFonts w:ascii="Arial" w:hAnsi="Arial"/>
          <w:b/>
          <w:color w:val="2F5597"/>
          <w:sz w:val="18"/>
        </w:rPr>
        <w:t xml:space="preserve">[q_best_aspect_verbatim / q30] </w:t>
      </w:r>
      <w:r>
        <w:rPr>
          <w:rFonts w:ascii="Arial" w:hAnsi="Arial"/>
          <w:b/>
          <w:color w:val="1A202C"/>
          <w:sz w:val="20"/>
        </w:rPr>
        <w:t>What was the single best aspect or highlight of your visit to Rivermere? (If nothing stood out, please type 'None')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response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Best aspect highlight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1–400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q31. </w:t>
      </w:r>
      <w:r>
        <w:rPr>
          <w:rFonts w:ascii="Arial" w:hAnsi="Arial"/>
          <w:b/>
          <w:color w:val="2F5597"/>
          <w:sz w:val="18"/>
        </w:rPr>
        <w:t xml:space="preserve">[q_improvement_verbatim / q31] </w:t>
      </w:r>
      <w:r>
        <w:rPr>
          <w:rFonts w:ascii="Arial" w:hAnsi="Arial"/>
          <w:b/>
          <w:color w:val="1A202C"/>
          <w:sz w:val="20"/>
        </w:rPr>
        <w:t>What one change or improvement would most enhance a future visit to Rivermere? (If nothing needed, please type 'None')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response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Suggested improvement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1–400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q32. </w:t>
      </w:r>
      <w:r>
        <w:rPr>
          <w:rFonts w:ascii="Arial" w:hAnsi="Arial"/>
          <w:b/>
          <w:color w:val="2F5597"/>
          <w:sz w:val="18"/>
        </w:rPr>
        <w:t xml:space="preserve">[q_future_barriers / q32] </w:t>
      </w:r>
      <w:r>
        <w:rPr>
          <w:rFonts w:ascii="Arial" w:hAnsi="Arial"/>
          <w:b/>
          <w:color w:val="1A202C"/>
          <w:sz w:val="20"/>
        </w:rPr>
        <w:t>What factors, if any, might make it difficult or prevent you from visiting Rivermere again in the next 12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Cost of accommodation, activities or fuel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Transport or travel logistics (traffic, distance, journey time)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Limited personal free time / busy schedule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Accessibility needs or physical limitations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Preferring to explore other new destinations instead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reason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/ nothing would prevent a return visit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q33. </w:t>
      </w:r>
      <w:r>
        <w:rPr>
          <w:rFonts w:ascii="Arial" w:hAnsi="Arial"/>
          <w:b/>
          <w:color w:val="2F5597"/>
          <w:sz w:val="18"/>
        </w:rPr>
        <w:t xml:space="preserve">[q_future_barriers_other / q33] </w:t>
      </w:r>
      <w:r>
        <w:rPr>
          <w:rFonts w:ascii="Arial" w:hAnsi="Arial"/>
          <w:b/>
          <w:color w:val="1A202C"/>
          <w:sz w:val="20"/>
        </w:rPr>
        <w:t>Please describe the other reason that might prevent a return visit.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q32 INCLUDES 98,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Future barrier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1–160 CHARS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A6A85"/>
        <w:sz w:val="16"/>
      </w:rPr>
      <w:t>CONFIDENTIAL &amp; PROPRIETARY — MARKET RESEARCH SCRIPTING SPECIFICATION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6A85"/>
        <w:sz w:val="17"/>
      </w:rPr>
      <w:t>QUBE Fictional Study Specification | Project Rivermere — Regional Leisure Visitor Experience, Planning &amp; Tourism Survey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